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צמודה בבית א של השיר 'תחי!'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המרכזיות בבית 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אנפורה, האנשה ופרדוקס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הרעיון המרכזי: החלפת מנהיגים כחוזקה של הדמוקרטיה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מביישת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תיאור מוגזם שמדגיש 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מחליפה אותם בגלוי כשצריך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הדמוקרטיה מתוארת כאישה פועלת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מה שנראה חולשה מוצג כחוזקה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זוהי האנפורה הבולטת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הפירוש הוא החזקה מכולן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מתחלפים כצורך התקופות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קשורות לנושא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הפירוש הוא בגלוי, מול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שלועגים ומזלזלים)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(גורמת לבושה)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(חזקה ונחושה)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(בגלוי, מול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(לפי מה שהזמנים דורשים)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מעמיקות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מודל: אנשים שחשבו שדמוקרטיה חלשה כי מנהיגים מתחלפים ולא יציבה כמו שלטון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מודל: כי זה מראה שהשיטה מתאימה את עצמה לצרכים משתנים ולא נתקעת עם מנהיג אחד לנצח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מודל: יוצרת תחושת הימנון וקריאת עידוד נלהבת, כמו קריאות קהל בכיכר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למורה: תשובה מנומקת, התייחסות לשיר כסוגת שבח, הבעת דעה אישית מבוססת על הבית שנלמד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מביישת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אנפורה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מראה התאמה לצרכים משתנים, לא קיבעון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הבית בקול רם ולהדגיש את החזרה על 'תחי' כדי שהתלמידים ישמעו את הקצב ההימנוני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לזוגות לדיון בשאלת ההערכה לפני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להשמיט את הפריטים המסומנים כקשים (skip_n) בכיתות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צמודה בבית א של השיר 'תחי!'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בשיר יש בית שמשבח את הדמוקרטיה. נלמד מילים קשות ונבין למה זה שמנהיגים מתחלפים זה דבר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מַלְעִיגִים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שלועגים ומזלזלים במישהו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מַכְלִימָה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גורמת לבושה, מביישת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תַּקִּיפָה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חזקה ונחושה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לְעֵין הַכֹּל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בגלוי, מול 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כְּצֹרֶךְ הַתְּקוּפוֹת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מה שהזמנים דורשים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אותה מילה בתחילת שורות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רעיון כאילו הוא אדם 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פרדוקס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מפתיע בין שני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הפירוש של 'מכלימה'?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מביישת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משבחת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חוזרת כמה פעמים בתחילת שורות?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מלעיגיה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מנהיגיה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'הפלגה'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מוגזם שמדגיש 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בתחילת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 בין שני דברים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בלי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למנהיגים בדמוקרטיה?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מחליפה אותם בגלוי כשצריך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שומרת עליהם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מסתירה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נותנת להם כוח בלתי מוגבל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הדמוקרטיה מתוארת בבית - כמו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הדמוקרטיה מתוארת כאישה פועלת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הדמוקרטיה מתוארת כחפץ דומם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המנהיגים מתוארים כגיבורים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המלעיגים מתוארים כמלכים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הדבר המפתיע שהשיר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שנראה חולשה מוצג כחוזקה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שנראה חוזקה מוצג כחולשה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הדמוקרטיה חלשה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המנהיגים לעולם לא מתחלפים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'תחי' מופיעה שלוש פעמים בתחילת שורות בבית 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'הַתַּקִּיפָה בַּתַּקִּיפוֹת' פירושו החלשה מכולן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מתואר שהמנהיגים בדמוקרטיה לעולם לא מתחלפים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החריזה בין 'מלעיגיה' ל'מנהיגיה' מחברת גם ברעיון וגם בצליל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'לעין הכל' פירושו בסתר, בלי שאיש יידע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מַלְעִיגִים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בגלוי, מול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מַכְלִימָה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שלועגים ומזלזלים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תַּקִּיפָה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לפי מה שהזמנים דורשים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לְעֵין הַכֹּל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חזקה ונחושה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כְּצֹרֶךְ הַתְּקוּפוֹת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גורמת לבושה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תְּחִי, ה__________ אֶת מַלְעִיגֶיהָ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המנהיגים מוחלפים ל__________ הכל, כלומר בגלוי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'הַתַּקִּיפָה בַּ__________' פירושו החזקה מכולן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החוזרת בתחילת השורות ויוצרת אנפורה היא '__________'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החלפת המנהיגים נעשית __________ התקופות, כלומר לפי צורך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מעמיקות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הם, לדעתכם, 'מלעיגיה' של הדמוקרטיה, ולמה לעגו 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החלפת מנהיגים מתוארת בבית כחוזקה ולא כחולשה?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התרומה של האנפורה 'תחי' לאווירת הבית?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'תחי!' היא קריאת עידוד והלל. האם לדעתכם מתאים לכתוב שיר הלל לשיטת שלטון? נמקו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המילה 'מכלימה'?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אמצעי אמנותי יוצר המילה 'תחי' החוזרת?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החלפת מנהיגים מתוארת בבית כחוזקה?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צמודה בבית א של השיר 'תחי!'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